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Layout w:type="fixed"/>
        <w:tblLook w:val="04A0" w:firstRow="1" w:lastRow="0" w:firstColumn="1" w:lastColumn="0" w:noHBand="0" w:noVBand="1"/>
      </w:tblPr>
      <w:tblGrid>
        <w:gridCol w:w="2115"/>
        <w:gridCol w:w="5686"/>
      </w:tblGrid>
      <w:tr w:rsidR="002454D4" w14:paraId="68C141A6" w14:textId="77777777" w:rsidTr="007118B8">
        <w:trPr>
          <w:trHeight w:val="1585"/>
        </w:trPr>
        <w:tc>
          <w:tcPr>
            <w:tcW w:w="2115" w:type="dxa"/>
          </w:tcPr>
          <w:p w14:paraId="1CDB8880" w14:textId="77777777" w:rsidR="002454D4" w:rsidRDefault="002454D4" w:rsidP="007118B8">
            <w:r>
              <w:rPr>
                <w:noProof/>
              </w:rPr>
              <w:drawing>
                <wp:inline distT="0" distB="0" distL="0" distR="0" wp14:anchorId="72B6C43D" wp14:editId="68934AF3">
                  <wp:extent cx="972000" cy="97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6"/>
                          <a:stretch>
                            <a:fillRect/>
                          </a:stretch>
                        </pic:blipFill>
                        <pic:spPr>
                          <a:xfrm>
                            <a:off x="0" y="0"/>
                            <a:ext cx="972000" cy="972000"/>
                          </a:xfrm>
                          <a:prstGeom prst="rect">
                            <a:avLst/>
                          </a:prstGeom>
                        </pic:spPr>
                      </pic:pic>
                    </a:graphicData>
                  </a:graphic>
                </wp:inline>
              </w:drawing>
            </w:r>
          </w:p>
        </w:tc>
        <w:tc>
          <w:tcPr>
            <w:tcW w:w="5686" w:type="dxa"/>
          </w:tcPr>
          <w:p w14:paraId="2D106361" w14:textId="77777777" w:rsidR="002454D4" w:rsidRDefault="002454D4" w:rsidP="007118B8">
            <w:pPr>
              <w:spacing w:before="160"/>
              <w:jc w:val="center"/>
            </w:pPr>
            <w:r>
              <w:rPr>
                <w:b/>
              </w:rPr>
              <w:t>T.C.</w:t>
            </w:r>
            <w:r>
              <w:rPr>
                <w:b/>
              </w:rPr>
              <w:br/>
              <w:t>KAHRAMANMARAŞ SÜTÇÜ İMAM ÜNİVERSİTESİ</w:t>
            </w:r>
            <w:r>
              <w:rPr>
                <w:b/>
              </w:rPr>
              <w:br/>
              <w:t>LİSANSÜSTÜ EĞİTİM ENSTİTÜSÜ</w:t>
            </w:r>
            <w:r>
              <w:rPr>
                <w:b/>
              </w:rPr>
              <w:br/>
            </w:r>
          </w:p>
        </w:tc>
      </w:tr>
    </w:tbl>
    <w:p w14:paraId="59006D19" w14:textId="77777777" w:rsidR="002454D4" w:rsidRPr="00802F99" w:rsidRDefault="00B8710D" w:rsidP="002454D4">
      <w:pPr>
        <w:pBdr>
          <w:bottom w:val="single" w:sz="10" w:space="0" w:color="C59C57"/>
        </w:pBdr>
        <w:spacing w:after="300"/>
        <w:jc w:val="center"/>
        <w:rPr>
          <w:b/>
          <w:bCs/>
        </w:rPr>
      </w:pPr>
      <w:r>
        <w:rPr>
          <w:b/>
          <w:bCs/>
        </w:rPr>
        <w:t>TEZ SAVUNMA SINAVI JÜRİ ÖNERİ VE DANIŞMAN ONAY FORMU</w:t>
      </w:r>
    </w:p>
    <w:p w14:paraId="0066323A" w14:textId="77777777" w:rsidR="00C06F85" w:rsidRDefault="00000000">
      <w:pPr>
        <w:keepNext/>
        <w:pBdr>
          <w:bottom w:val="single" w:sz="8" w:space="0" w:color="D5BC8A"/>
        </w:pBdr>
        <w:spacing w:after="120"/>
      </w:pPr>
      <w:r>
        <w:rPr>
          <w:b/>
        </w:rPr>
        <w:t>ÖĞRENCİ VE SINAV BİLGİLERİ</w:t>
      </w:r>
    </w:p>
    <w:tbl>
      <w:tblPr>
        <w:tblW w:w="95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00"/>
        <w:gridCol w:w="6582"/>
      </w:tblGrid>
      <w:tr w:rsidR="00C06F85" w14:paraId="71E1E454" w14:textId="77777777">
        <w:trPr>
          <w:trHeight w:val="460"/>
        </w:trPr>
        <w:tc>
          <w:tcPr>
            <w:tcW w:w="3000" w:type="dxa"/>
            <w:vAlign w:val="center"/>
          </w:tcPr>
          <w:p w14:paraId="6BA17BE3" w14:textId="77777777" w:rsidR="00C06F85" w:rsidRDefault="00000000">
            <w:pPr>
              <w:spacing w:before="60" w:after="60"/>
            </w:pPr>
            <w:r>
              <w:rPr>
                <w:b/>
                <w:color w:val="000000"/>
              </w:rPr>
              <w:t>Adı Soyadı</w:t>
            </w:r>
          </w:p>
        </w:tc>
        <w:tc>
          <w:tcPr>
            <w:tcW w:w="6582" w:type="dxa"/>
            <w:vAlign w:val="center"/>
          </w:tcPr>
          <w:p w14:paraId="2D1AA2BC" w14:textId="77777777" w:rsidR="00C06F85" w:rsidRDefault="00C06F85">
            <w:pPr>
              <w:spacing w:before="60" w:after="60"/>
            </w:pPr>
          </w:p>
        </w:tc>
      </w:tr>
      <w:tr w:rsidR="00C06F85" w14:paraId="203C7FA5" w14:textId="77777777">
        <w:trPr>
          <w:trHeight w:val="460"/>
        </w:trPr>
        <w:tc>
          <w:tcPr>
            <w:tcW w:w="3000" w:type="dxa"/>
            <w:vAlign w:val="center"/>
          </w:tcPr>
          <w:p w14:paraId="02016926" w14:textId="77777777" w:rsidR="00C06F85" w:rsidRDefault="00000000">
            <w:pPr>
              <w:spacing w:before="60" w:after="60"/>
            </w:pPr>
            <w:r>
              <w:rPr>
                <w:b/>
                <w:color w:val="000000"/>
              </w:rPr>
              <w:t>Numarası</w:t>
            </w:r>
          </w:p>
        </w:tc>
        <w:tc>
          <w:tcPr>
            <w:tcW w:w="6582" w:type="dxa"/>
            <w:vAlign w:val="center"/>
          </w:tcPr>
          <w:p w14:paraId="0B2B893C" w14:textId="77777777" w:rsidR="00C06F85" w:rsidRDefault="00C06F85">
            <w:pPr>
              <w:spacing w:before="60" w:after="60"/>
            </w:pPr>
          </w:p>
        </w:tc>
      </w:tr>
      <w:tr w:rsidR="00C06F85" w14:paraId="445FEF88" w14:textId="77777777">
        <w:trPr>
          <w:trHeight w:val="460"/>
        </w:trPr>
        <w:tc>
          <w:tcPr>
            <w:tcW w:w="3000" w:type="dxa"/>
            <w:vAlign w:val="center"/>
          </w:tcPr>
          <w:p w14:paraId="4BF993EE" w14:textId="77777777" w:rsidR="00C06F85" w:rsidRDefault="00000000">
            <w:pPr>
              <w:spacing w:before="60" w:after="60"/>
            </w:pPr>
            <w:r>
              <w:rPr>
                <w:b/>
                <w:color w:val="000000"/>
              </w:rPr>
              <w:t>Ana Bilim Dalı</w:t>
            </w:r>
          </w:p>
        </w:tc>
        <w:tc>
          <w:tcPr>
            <w:tcW w:w="6582" w:type="dxa"/>
            <w:vAlign w:val="center"/>
          </w:tcPr>
          <w:p w14:paraId="40ACE87E" w14:textId="77777777" w:rsidR="00C06F85" w:rsidRDefault="00C06F85">
            <w:pPr>
              <w:spacing w:before="60" w:after="60"/>
            </w:pPr>
          </w:p>
        </w:tc>
      </w:tr>
      <w:tr w:rsidR="00C06F85" w14:paraId="1162FF54" w14:textId="77777777">
        <w:trPr>
          <w:trHeight w:val="460"/>
        </w:trPr>
        <w:tc>
          <w:tcPr>
            <w:tcW w:w="3000" w:type="dxa"/>
            <w:vAlign w:val="center"/>
          </w:tcPr>
          <w:p w14:paraId="2F75125E" w14:textId="77777777" w:rsidR="00C06F85" w:rsidRDefault="00000000">
            <w:pPr>
              <w:spacing w:before="60" w:after="60"/>
            </w:pPr>
            <w:r>
              <w:rPr>
                <w:b/>
                <w:color w:val="000000"/>
              </w:rPr>
              <w:t>Programı</w:t>
            </w:r>
          </w:p>
        </w:tc>
        <w:tc>
          <w:tcPr>
            <w:tcW w:w="6582" w:type="dxa"/>
            <w:vAlign w:val="center"/>
          </w:tcPr>
          <w:p w14:paraId="394E7172" w14:textId="6869B74B" w:rsidR="00C06F85" w:rsidRDefault="00366A09">
            <w:pPr>
              <w:spacing w:before="60" w:after="60"/>
            </w:pPr>
            <w:r w:rsidRPr="001D40A9">
              <w:rPr>
                <w:color w:val="000000" w:themeColor="text1"/>
                <w:sz w:val="20"/>
                <w:szCs w:val="20"/>
              </w:rPr>
              <w:fldChar w:fldCharType="begin">
                <w:ffData>
                  <w:name w:val="Onay27"/>
                  <w:enabled/>
                  <w:calcOnExit w:val="0"/>
                  <w:checkBox>
                    <w:sizeAuto/>
                    <w:default w:val="0"/>
                  </w:checkBox>
                </w:ffData>
              </w:fldChar>
            </w:r>
            <w:r w:rsidRPr="001D40A9">
              <w:rPr>
                <w:color w:val="000000" w:themeColor="text1"/>
                <w:sz w:val="20"/>
                <w:szCs w:val="20"/>
              </w:rPr>
              <w:instrText xml:space="preserve"> FORMCHECKBOX </w:instrText>
            </w:r>
            <w:r w:rsidRPr="001D40A9">
              <w:rPr>
                <w:color w:val="000000" w:themeColor="text1"/>
                <w:sz w:val="20"/>
                <w:szCs w:val="20"/>
              </w:rPr>
            </w:r>
            <w:r w:rsidRPr="001D40A9">
              <w:rPr>
                <w:color w:val="000000" w:themeColor="text1"/>
                <w:sz w:val="20"/>
                <w:szCs w:val="20"/>
              </w:rPr>
              <w:fldChar w:fldCharType="separate"/>
            </w:r>
            <w:r w:rsidRPr="001D40A9">
              <w:rPr>
                <w:color w:val="000000" w:themeColor="text1"/>
                <w:sz w:val="20"/>
                <w:szCs w:val="20"/>
              </w:rPr>
              <w:fldChar w:fldCharType="end"/>
            </w:r>
            <w:r w:rsidRPr="001D40A9">
              <w:rPr>
                <w:color w:val="000000" w:themeColor="text1"/>
                <w:sz w:val="20"/>
                <w:szCs w:val="20"/>
              </w:rPr>
              <w:t xml:space="preserve"> </w:t>
            </w:r>
            <w:r w:rsidR="00000000">
              <w:rPr>
                <w:color w:val="000000"/>
              </w:rPr>
              <w:t xml:space="preserve"> Yüksek Lisans          </w:t>
            </w:r>
            <w:r w:rsidRPr="001D40A9">
              <w:rPr>
                <w:color w:val="000000" w:themeColor="text1"/>
                <w:sz w:val="20"/>
                <w:szCs w:val="20"/>
              </w:rPr>
              <w:fldChar w:fldCharType="begin">
                <w:ffData>
                  <w:name w:val="Onay27"/>
                  <w:enabled/>
                  <w:calcOnExit w:val="0"/>
                  <w:checkBox>
                    <w:sizeAuto/>
                    <w:default w:val="0"/>
                  </w:checkBox>
                </w:ffData>
              </w:fldChar>
            </w:r>
            <w:r w:rsidRPr="001D40A9">
              <w:rPr>
                <w:color w:val="000000" w:themeColor="text1"/>
                <w:sz w:val="20"/>
                <w:szCs w:val="20"/>
              </w:rPr>
              <w:instrText xml:space="preserve"> FORMCHECKBOX </w:instrText>
            </w:r>
            <w:r w:rsidRPr="001D40A9">
              <w:rPr>
                <w:color w:val="000000" w:themeColor="text1"/>
                <w:sz w:val="20"/>
                <w:szCs w:val="20"/>
              </w:rPr>
            </w:r>
            <w:r w:rsidRPr="001D40A9">
              <w:rPr>
                <w:color w:val="000000" w:themeColor="text1"/>
                <w:sz w:val="20"/>
                <w:szCs w:val="20"/>
              </w:rPr>
              <w:fldChar w:fldCharType="separate"/>
            </w:r>
            <w:r w:rsidRPr="001D40A9">
              <w:rPr>
                <w:color w:val="000000" w:themeColor="text1"/>
                <w:sz w:val="20"/>
                <w:szCs w:val="20"/>
              </w:rPr>
              <w:fldChar w:fldCharType="end"/>
            </w:r>
            <w:r w:rsidRPr="001D40A9">
              <w:rPr>
                <w:color w:val="000000" w:themeColor="text1"/>
                <w:sz w:val="20"/>
                <w:szCs w:val="20"/>
              </w:rPr>
              <w:t xml:space="preserve"> </w:t>
            </w:r>
            <w:r w:rsidR="00000000">
              <w:rPr>
                <w:color w:val="000000"/>
              </w:rPr>
              <w:t xml:space="preserve"> Doktora</w:t>
            </w:r>
          </w:p>
        </w:tc>
      </w:tr>
      <w:tr w:rsidR="00C06F85" w14:paraId="7EFAC92E" w14:textId="77777777">
        <w:trPr>
          <w:trHeight w:val="460"/>
        </w:trPr>
        <w:tc>
          <w:tcPr>
            <w:tcW w:w="3000" w:type="dxa"/>
            <w:vAlign w:val="center"/>
          </w:tcPr>
          <w:p w14:paraId="1DE9F5FC" w14:textId="77777777" w:rsidR="00C06F85" w:rsidRDefault="00000000">
            <w:pPr>
              <w:spacing w:before="60" w:after="60"/>
            </w:pPr>
            <w:r>
              <w:rPr>
                <w:b/>
                <w:color w:val="000000"/>
              </w:rPr>
              <w:t>II. Danışmanı (varsa)</w:t>
            </w:r>
          </w:p>
        </w:tc>
        <w:tc>
          <w:tcPr>
            <w:tcW w:w="6582" w:type="dxa"/>
            <w:vAlign w:val="center"/>
          </w:tcPr>
          <w:p w14:paraId="338E8E6D" w14:textId="77777777" w:rsidR="00C06F85" w:rsidRDefault="00C06F85">
            <w:pPr>
              <w:spacing w:before="60" w:after="60"/>
            </w:pPr>
          </w:p>
        </w:tc>
      </w:tr>
      <w:tr w:rsidR="00C06F85" w14:paraId="5B8A4100" w14:textId="77777777">
        <w:trPr>
          <w:trHeight w:val="760"/>
        </w:trPr>
        <w:tc>
          <w:tcPr>
            <w:tcW w:w="3000" w:type="dxa"/>
            <w:vAlign w:val="center"/>
          </w:tcPr>
          <w:p w14:paraId="7604E4E4" w14:textId="77777777" w:rsidR="00C06F85" w:rsidRDefault="00000000">
            <w:pPr>
              <w:spacing w:before="60" w:after="60"/>
            </w:pPr>
            <w:r>
              <w:rPr>
                <w:b/>
                <w:color w:val="000000"/>
              </w:rPr>
              <w:t>Tez Başlığı</w:t>
            </w:r>
          </w:p>
        </w:tc>
        <w:tc>
          <w:tcPr>
            <w:tcW w:w="6582" w:type="dxa"/>
            <w:vAlign w:val="center"/>
          </w:tcPr>
          <w:p w14:paraId="34CDF058" w14:textId="77777777" w:rsidR="00C06F85" w:rsidRDefault="00C06F85">
            <w:pPr>
              <w:spacing w:before="60" w:after="60"/>
            </w:pPr>
          </w:p>
        </w:tc>
      </w:tr>
      <w:tr w:rsidR="00C06F85" w14:paraId="3345281C" w14:textId="77777777">
        <w:trPr>
          <w:trHeight w:val="460"/>
        </w:trPr>
        <w:tc>
          <w:tcPr>
            <w:tcW w:w="3000" w:type="dxa"/>
            <w:vAlign w:val="center"/>
          </w:tcPr>
          <w:p w14:paraId="61EC7F74" w14:textId="77777777" w:rsidR="00C06F85" w:rsidRDefault="00000000">
            <w:pPr>
              <w:spacing w:before="60" w:after="60"/>
            </w:pPr>
            <w:r>
              <w:rPr>
                <w:b/>
                <w:color w:val="000000"/>
              </w:rPr>
              <w:t>Sınav Tarihi ve Saati</w:t>
            </w:r>
          </w:p>
        </w:tc>
        <w:tc>
          <w:tcPr>
            <w:tcW w:w="6582" w:type="dxa"/>
            <w:vAlign w:val="center"/>
          </w:tcPr>
          <w:p w14:paraId="48E278E8" w14:textId="77777777" w:rsidR="00C06F85" w:rsidRDefault="00000000">
            <w:pPr>
              <w:spacing w:before="60" w:after="60"/>
            </w:pPr>
            <w:r>
              <w:rPr>
                <w:color w:val="000000"/>
              </w:rPr>
              <w:t>.... / .... / 202..          Saat : ..... : .....</w:t>
            </w:r>
          </w:p>
        </w:tc>
      </w:tr>
      <w:tr w:rsidR="00C06F85" w14:paraId="0F9DEC4B" w14:textId="77777777">
        <w:trPr>
          <w:trHeight w:val="460"/>
        </w:trPr>
        <w:tc>
          <w:tcPr>
            <w:tcW w:w="3000" w:type="dxa"/>
            <w:vAlign w:val="center"/>
          </w:tcPr>
          <w:p w14:paraId="7F208D1D" w14:textId="77777777" w:rsidR="00C06F85" w:rsidRDefault="00000000">
            <w:pPr>
              <w:spacing w:before="60" w:after="60"/>
            </w:pPr>
            <w:r>
              <w:rPr>
                <w:b/>
                <w:color w:val="000000"/>
              </w:rPr>
              <w:t>Sınav Yeri</w:t>
            </w:r>
          </w:p>
        </w:tc>
        <w:tc>
          <w:tcPr>
            <w:tcW w:w="6582" w:type="dxa"/>
            <w:vAlign w:val="center"/>
          </w:tcPr>
          <w:p w14:paraId="1ED294A9" w14:textId="77777777" w:rsidR="00C06F85" w:rsidRDefault="00C06F85">
            <w:pPr>
              <w:spacing w:before="60" w:after="60"/>
            </w:pPr>
          </w:p>
        </w:tc>
      </w:tr>
      <w:tr w:rsidR="00C06F85" w14:paraId="53812463" w14:textId="77777777">
        <w:trPr>
          <w:trHeight w:val="460"/>
        </w:trPr>
        <w:tc>
          <w:tcPr>
            <w:tcW w:w="3000" w:type="dxa"/>
            <w:vAlign w:val="center"/>
          </w:tcPr>
          <w:p w14:paraId="387EA501" w14:textId="77777777" w:rsidR="00C06F85" w:rsidRDefault="00000000">
            <w:pPr>
              <w:spacing w:before="60" w:after="60"/>
            </w:pPr>
            <w:r>
              <w:rPr>
                <w:b/>
                <w:color w:val="000000"/>
              </w:rPr>
              <w:t>Yolluk / Yevmiye</w:t>
            </w:r>
          </w:p>
        </w:tc>
        <w:tc>
          <w:tcPr>
            <w:tcW w:w="6582" w:type="dxa"/>
            <w:vAlign w:val="center"/>
          </w:tcPr>
          <w:p w14:paraId="6D8CF432" w14:textId="23795778" w:rsidR="00C06F85" w:rsidRDefault="00366A09">
            <w:pPr>
              <w:spacing w:before="60" w:after="60"/>
            </w:pPr>
            <w:r w:rsidRPr="001D40A9">
              <w:rPr>
                <w:color w:val="000000" w:themeColor="text1"/>
                <w:sz w:val="20"/>
                <w:szCs w:val="20"/>
              </w:rPr>
              <w:fldChar w:fldCharType="begin">
                <w:ffData>
                  <w:name w:val="Onay27"/>
                  <w:enabled/>
                  <w:calcOnExit w:val="0"/>
                  <w:checkBox>
                    <w:sizeAuto/>
                    <w:default w:val="0"/>
                  </w:checkBox>
                </w:ffData>
              </w:fldChar>
            </w:r>
            <w:r w:rsidRPr="001D40A9">
              <w:rPr>
                <w:color w:val="000000" w:themeColor="text1"/>
                <w:sz w:val="20"/>
                <w:szCs w:val="20"/>
              </w:rPr>
              <w:instrText xml:space="preserve"> FORMCHECKBOX </w:instrText>
            </w:r>
            <w:r w:rsidRPr="001D40A9">
              <w:rPr>
                <w:color w:val="000000" w:themeColor="text1"/>
                <w:sz w:val="20"/>
                <w:szCs w:val="20"/>
              </w:rPr>
            </w:r>
            <w:r w:rsidRPr="001D40A9">
              <w:rPr>
                <w:color w:val="000000" w:themeColor="text1"/>
                <w:sz w:val="20"/>
                <w:szCs w:val="20"/>
              </w:rPr>
              <w:fldChar w:fldCharType="separate"/>
            </w:r>
            <w:r w:rsidRPr="001D40A9">
              <w:rPr>
                <w:color w:val="000000" w:themeColor="text1"/>
                <w:sz w:val="20"/>
                <w:szCs w:val="20"/>
              </w:rPr>
              <w:fldChar w:fldCharType="end"/>
            </w:r>
            <w:r w:rsidRPr="001D40A9">
              <w:rPr>
                <w:color w:val="000000" w:themeColor="text1"/>
                <w:sz w:val="20"/>
                <w:szCs w:val="20"/>
              </w:rPr>
              <w:t xml:space="preserve"> </w:t>
            </w:r>
            <w:r w:rsidR="00000000">
              <w:rPr>
                <w:color w:val="000000"/>
              </w:rPr>
              <w:t xml:space="preserve"> Yolluk-Yevmiye (Uygundur / Uygun Değildir)   </w:t>
            </w:r>
            <w:r w:rsidRPr="001D40A9">
              <w:rPr>
                <w:color w:val="000000" w:themeColor="text1"/>
                <w:sz w:val="20"/>
                <w:szCs w:val="20"/>
              </w:rPr>
              <w:fldChar w:fldCharType="begin">
                <w:ffData>
                  <w:name w:val="Onay27"/>
                  <w:enabled/>
                  <w:calcOnExit w:val="0"/>
                  <w:checkBox>
                    <w:sizeAuto/>
                    <w:default w:val="0"/>
                  </w:checkBox>
                </w:ffData>
              </w:fldChar>
            </w:r>
            <w:r w:rsidRPr="001D40A9">
              <w:rPr>
                <w:color w:val="000000" w:themeColor="text1"/>
                <w:sz w:val="20"/>
                <w:szCs w:val="20"/>
              </w:rPr>
              <w:instrText xml:space="preserve"> FORMCHECKBOX </w:instrText>
            </w:r>
            <w:r w:rsidRPr="001D40A9">
              <w:rPr>
                <w:color w:val="000000" w:themeColor="text1"/>
                <w:sz w:val="20"/>
                <w:szCs w:val="20"/>
              </w:rPr>
            </w:r>
            <w:r w:rsidRPr="001D40A9">
              <w:rPr>
                <w:color w:val="000000" w:themeColor="text1"/>
                <w:sz w:val="20"/>
                <w:szCs w:val="20"/>
              </w:rPr>
              <w:fldChar w:fldCharType="separate"/>
            </w:r>
            <w:r w:rsidRPr="001D40A9">
              <w:rPr>
                <w:color w:val="000000" w:themeColor="text1"/>
                <w:sz w:val="20"/>
                <w:szCs w:val="20"/>
              </w:rPr>
              <w:fldChar w:fldCharType="end"/>
            </w:r>
            <w:r w:rsidRPr="001D40A9">
              <w:rPr>
                <w:color w:val="000000" w:themeColor="text1"/>
                <w:sz w:val="20"/>
                <w:szCs w:val="20"/>
              </w:rPr>
              <w:t xml:space="preserve"> </w:t>
            </w:r>
            <w:r w:rsidR="00000000">
              <w:rPr>
                <w:color w:val="000000"/>
              </w:rPr>
              <w:t xml:space="preserve"> İnteraktif Toplantı</w:t>
            </w:r>
          </w:p>
        </w:tc>
      </w:tr>
    </w:tbl>
    <w:p w14:paraId="1C5DDE55" w14:textId="77777777" w:rsidR="00C06F85" w:rsidRDefault="00000000">
      <w:pPr>
        <w:keepNext/>
        <w:pBdr>
          <w:bottom w:val="single" w:sz="8" w:space="0" w:color="D5BC8A"/>
        </w:pBdr>
        <w:spacing w:before="280" w:after="120"/>
      </w:pPr>
      <w:r>
        <w:rPr>
          <w:b/>
        </w:rPr>
        <w:t>JÜRİ ÖNERİSİ</w:t>
      </w:r>
    </w:p>
    <w:tbl>
      <w:tblPr>
        <w:tblW w:w="95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0"/>
        <w:gridCol w:w="3300"/>
        <w:gridCol w:w="3182"/>
        <w:gridCol w:w="2500"/>
      </w:tblGrid>
      <w:tr w:rsidR="00C06F85" w14:paraId="7D620798" w14:textId="77777777">
        <w:trPr>
          <w:trHeight w:val="460"/>
        </w:trPr>
        <w:tc>
          <w:tcPr>
            <w:tcW w:w="600" w:type="dxa"/>
            <w:vAlign w:val="center"/>
          </w:tcPr>
          <w:p w14:paraId="582719BA" w14:textId="77777777" w:rsidR="00C06F85" w:rsidRDefault="00000000">
            <w:pPr>
              <w:spacing w:before="60" w:after="60"/>
              <w:jc w:val="center"/>
            </w:pPr>
            <w:r>
              <w:rPr>
                <w:b/>
                <w:color w:val="000000"/>
              </w:rPr>
              <w:t>No</w:t>
            </w:r>
          </w:p>
        </w:tc>
        <w:tc>
          <w:tcPr>
            <w:tcW w:w="3300" w:type="dxa"/>
            <w:vAlign w:val="center"/>
          </w:tcPr>
          <w:p w14:paraId="6F12CCE9" w14:textId="77777777" w:rsidR="00C06F85" w:rsidRDefault="00000000">
            <w:pPr>
              <w:spacing w:before="60" w:after="60"/>
              <w:jc w:val="center"/>
            </w:pPr>
            <w:r>
              <w:rPr>
                <w:b/>
                <w:color w:val="000000"/>
              </w:rPr>
              <w:t>Asıl Jüri Üyeleri (Unvanı, Adı Soyadı)</w:t>
            </w:r>
          </w:p>
        </w:tc>
        <w:tc>
          <w:tcPr>
            <w:tcW w:w="3182" w:type="dxa"/>
            <w:vAlign w:val="center"/>
          </w:tcPr>
          <w:p w14:paraId="3F4BE667" w14:textId="77777777" w:rsidR="00C06F85" w:rsidRDefault="00000000">
            <w:pPr>
              <w:spacing w:before="60" w:after="60"/>
              <w:jc w:val="center"/>
            </w:pPr>
            <w:r>
              <w:rPr>
                <w:b/>
                <w:color w:val="000000"/>
              </w:rPr>
              <w:t>Üniversite / Fakülte / MYO / ABD</w:t>
            </w:r>
          </w:p>
        </w:tc>
        <w:tc>
          <w:tcPr>
            <w:tcW w:w="2500" w:type="dxa"/>
            <w:vAlign w:val="center"/>
          </w:tcPr>
          <w:p w14:paraId="5DD2DC80" w14:textId="77777777" w:rsidR="00C06F85" w:rsidRDefault="00000000">
            <w:pPr>
              <w:spacing w:before="60" w:after="60"/>
              <w:jc w:val="center"/>
            </w:pPr>
            <w:r>
              <w:rPr>
                <w:b/>
                <w:color w:val="000000"/>
              </w:rPr>
              <w:t>Kurum E-posta</w:t>
            </w:r>
          </w:p>
        </w:tc>
      </w:tr>
      <w:tr w:rsidR="00C06F85" w14:paraId="3C9288B5" w14:textId="77777777">
        <w:trPr>
          <w:trHeight w:val="420"/>
        </w:trPr>
        <w:tc>
          <w:tcPr>
            <w:tcW w:w="600" w:type="dxa"/>
            <w:vAlign w:val="center"/>
          </w:tcPr>
          <w:p w14:paraId="34CA3E0B" w14:textId="77777777" w:rsidR="00C06F85" w:rsidRDefault="00000000">
            <w:pPr>
              <w:spacing w:before="60" w:after="60"/>
              <w:jc w:val="center"/>
            </w:pPr>
            <w:r>
              <w:rPr>
                <w:color w:val="000000"/>
              </w:rPr>
              <w:t>1</w:t>
            </w:r>
          </w:p>
        </w:tc>
        <w:tc>
          <w:tcPr>
            <w:tcW w:w="3300" w:type="dxa"/>
            <w:vAlign w:val="center"/>
          </w:tcPr>
          <w:p w14:paraId="4DBAEE28" w14:textId="77777777" w:rsidR="00C06F85" w:rsidRDefault="00000000">
            <w:pPr>
              <w:spacing w:before="60" w:after="60"/>
            </w:pPr>
            <w:r>
              <w:rPr>
                <w:color w:val="000000"/>
              </w:rPr>
              <w:t xml:space="preserve">(Danışman) </w:t>
            </w:r>
          </w:p>
        </w:tc>
        <w:tc>
          <w:tcPr>
            <w:tcW w:w="3182" w:type="dxa"/>
            <w:vAlign w:val="center"/>
          </w:tcPr>
          <w:p w14:paraId="174F5D49" w14:textId="77777777" w:rsidR="00C06F85" w:rsidRDefault="00C06F85">
            <w:pPr>
              <w:spacing w:before="60" w:after="60"/>
            </w:pPr>
          </w:p>
        </w:tc>
        <w:tc>
          <w:tcPr>
            <w:tcW w:w="2500" w:type="dxa"/>
            <w:vAlign w:val="center"/>
          </w:tcPr>
          <w:p w14:paraId="5ABA6A72" w14:textId="77777777" w:rsidR="00C06F85" w:rsidRDefault="00C06F85">
            <w:pPr>
              <w:spacing w:before="60" w:after="60"/>
            </w:pPr>
          </w:p>
        </w:tc>
      </w:tr>
      <w:tr w:rsidR="00C06F85" w14:paraId="7C5057E5" w14:textId="77777777">
        <w:trPr>
          <w:trHeight w:val="420"/>
        </w:trPr>
        <w:tc>
          <w:tcPr>
            <w:tcW w:w="600" w:type="dxa"/>
            <w:vAlign w:val="center"/>
          </w:tcPr>
          <w:p w14:paraId="5C9353CE" w14:textId="77777777" w:rsidR="00C06F85" w:rsidRDefault="00000000">
            <w:pPr>
              <w:spacing w:before="60" w:after="60"/>
              <w:jc w:val="center"/>
            </w:pPr>
            <w:r>
              <w:rPr>
                <w:color w:val="000000"/>
              </w:rPr>
              <w:t>2</w:t>
            </w:r>
          </w:p>
        </w:tc>
        <w:tc>
          <w:tcPr>
            <w:tcW w:w="3300" w:type="dxa"/>
            <w:vAlign w:val="center"/>
          </w:tcPr>
          <w:p w14:paraId="1B02EDB0" w14:textId="77777777" w:rsidR="00C06F85" w:rsidRDefault="00C06F85">
            <w:pPr>
              <w:spacing w:before="60" w:after="60"/>
            </w:pPr>
          </w:p>
        </w:tc>
        <w:tc>
          <w:tcPr>
            <w:tcW w:w="3182" w:type="dxa"/>
            <w:vAlign w:val="center"/>
          </w:tcPr>
          <w:p w14:paraId="5A654956" w14:textId="77777777" w:rsidR="00C06F85" w:rsidRDefault="00C06F85">
            <w:pPr>
              <w:spacing w:before="60" w:after="60"/>
            </w:pPr>
          </w:p>
        </w:tc>
        <w:tc>
          <w:tcPr>
            <w:tcW w:w="2500" w:type="dxa"/>
            <w:vAlign w:val="center"/>
          </w:tcPr>
          <w:p w14:paraId="7ABB3E42" w14:textId="77777777" w:rsidR="00C06F85" w:rsidRDefault="00C06F85">
            <w:pPr>
              <w:spacing w:before="60" w:after="60"/>
            </w:pPr>
          </w:p>
        </w:tc>
      </w:tr>
      <w:tr w:rsidR="00C06F85" w14:paraId="63816BFD" w14:textId="77777777">
        <w:trPr>
          <w:trHeight w:val="420"/>
        </w:trPr>
        <w:tc>
          <w:tcPr>
            <w:tcW w:w="600" w:type="dxa"/>
            <w:vAlign w:val="center"/>
          </w:tcPr>
          <w:p w14:paraId="3148D804" w14:textId="77777777" w:rsidR="00C06F85" w:rsidRDefault="00000000">
            <w:pPr>
              <w:spacing w:before="60" w:after="60"/>
              <w:jc w:val="center"/>
            </w:pPr>
            <w:r>
              <w:rPr>
                <w:color w:val="000000"/>
              </w:rPr>
              <w:t>3</w:t>
            </w:r>
          </w:p>
        </w:tc>
        <w:tc>
          <w:tcPr>
            <w:tcW w:w="3300" w:type="dxa"/>
            <w:vAlign w:val="center"/>
          </w:tcPr>
          <w:p w14:paraId="5293D39D" w14:textId="77777777" w:rsidR="00C06F85" w:rsidRDefault="00C06F85">
            <w:pPr>
              <w:spacing w:before="60" w:after="60"/>
            </w:pPr>
          </w:p>
        </w:tc>
        <w:tc>
          <w:tcPr>
            <w:tcW w:w="3182" w:type="dxa"/>
            <w:vAlign w:val="center"/>
          </w:tcPr>
          <w:p w14:paraId="0C2A16CA" w14:textId="77777777" w:rsidR="00C06F85" w:rsidRDefault="00C06F85">
            <w:pPr>
              <w:spacing w:before="60" w:after="60"/>
            </w:pPr>
          </w:p>
        </w:tc>
        <w:tc>
          <w:tcPr>
            <w:tcW w:w="2500" w:type="dxa"/>
            <w:vAlign w:val="center"/>
          </w:tcPr>
          <w:p w14:paraId="45B8F450" w14:textId="77777777" w:rsidR="00C06F85" w:rsidRDefault="00C06F85">
            <w:pPr>
              <w:spacing w:before="60" w:after="60"/>
            </w:pPr>
          </w:p>
        </w:tc>
      </w:tr>
      <w:tr w:rsidR="00C06F85" w14:paraId="7B005E7A" w14:textId="77777777">
        <w:trPr>
          <w:trHeight w:val="420"/>
        </w:trPr>
        <w:tc>
          <w:tcPr>
            <w:tcW w:w="600" w:type="dxa"/>
            <w:vAlign w:val="center"/>
          </w:tcPr>
          <w:p w14:paraId="7718BB53" w14:textId="77777777" w:rsidR="00C06F85" w:rsidRDefault="00000000">
            <w:pPr>
              <w:spacing w:before="60" w:after="60"/>
              <w:jc w:val="center"/>
            </w:pPr>
            <w:r>
              <w:rPr>
                <w:color w:val="000000"/>
              </w:rPr>
              <w:t>4</w:t>
            </w:r>
          </w:p>
        </w:tc>
        <w:tc>
          <w:tcPr>
            <w:tcW w:w="3300" w:type="dxa"/>
            <w:vAlign w:val="center"/>
          </w:tcPr>
          <w:p w14:paraId="0AD74702" w14:textId="77777777" w:rsidR="00C06F85" w:rsidRDefault="00C06F85">
            <w:pPr>
              <w:spacing w:before="60" w:after="60"/>
            </w:pPr>
          </w:p>
        </w:tc>
        <w:tc>
          <w:tcPr>
            <w:tcW w:w="3182" w:type="dxa"/>
            <w:vAlign w:val="center"/>
          </w:tcPr>
          <w:p w14:paraId="7FCBC1C2" w14:textId="77777777" w:rsidR="00C06F85" w:rsidRDefault="00C06F85">
            <w:pPr>
              <w:spacing w:before="60" w:after="60"/>
            </w:pPr>
          </w:p>
        </w:tc>
        <w:tc>
          <w:tcPr>
            <w:tcW w:w="2500" w:type="dxa"/>
            <w:vAlign w:val="center"/>
          </w:tcPr>
          <w:p w14:paraId="46D52BDC" w14:textId="77777777" w:rsidR="00C06F85" w:rsidRDefault="00C06F85">
            <w:pPr>
              <w:spacing w:before="60" w:after="60"/>
            </w:pPr>
          </w:p>
        </w:tc>
      </w:tr>
      <w:tr w:rsidR="00C06F85" w14:paraId="35A5C85D" w14:textId="77777777">
        <w:trPr>
          <w:trHeight w:val="420"/>
        </w:trPr>
        <w:tc>
          <w:tcPr>
            <w:tcW w:w="600" w:type="dxa"/>
            <w:vAlign w:val="center"/>
          </w:tcPr>
          <w:p w14:paraId="58355A11" w14:textId="77777777" w:rsidR="00C06F85" w:rsidRDefault="00000000">
            <w:pPr>
              <w:spacing w:before="60" w:after="60"/>
              <w:jc w:val="center"/>
            </w:pPr>
            <w:r>
              <w:rPr>
                <w:color w:val="000000"/>
              </w:rPr>
              <w:t>5</w:t>
            </w:r>
          </w:p>
        </w:tc>
        <w:tc>
          <w:tcPr>
            <w:tcW w:w="3300" w:type="dxa"/>
            <w:vAlign w:val="center"/>
          </w:tcPr>
          <w:p w14:paraId="11CD1FA9" w14:textId="77777777" w:rsidR="00C06F85" w:rsidRDefault="00C06F85">
            <w:pPr>
              <w:spacing w:before="60" w:after="60"/>
            </w:pPr>
          </w:p>
        </w:tc>
        <w:tc>
          <w:tcPr>
            <w:tcW w:w="3182" w:type="dxa"/>
            <w:vAlign w:val="center"/>
          </w:tcPr>
          <w:p w14:paraId="054455F0" w14:textId="77777777" w:rsidR="00C06F85" w:rsidRDefault="00C06F85">
            <w:pPr>
              <w:spacing w:before="60" w:after="60"/>
            </w:pPr>
          </w:p>
        </w:tc>
        <w:tc>
          <w:tcPr>
            <w:tcW w:w="2500" w:type="dxa"/>
            <w:vAlign w:val="center"/>
          </w:tcPr>
          <w:p w14:paraId="29A18CDD" w14:textId="77777777" w:rsidR="00C06F85" w:rsidRDefault="00C06F85">
            <w:pPr>
              <w:spacing w:before="60" w:after="60"/>
            </w:pPr>
          </w:p>
        </w:tc>
      </w:tr>
    </w:tbl>
    <w:p w14:paraId="3404559A" w14:textId="77777777" w:rsidR="00C06F85" w:rsidRDefault="00C06F85"/>
    <w:tbl>
      <w:tblPr>
        <w:tblW w:w="95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0"/>
        <w:gridCol w:w="3300"/>
        <w:gridCol w:w="3182"/>
        <w:gridCol w:w="2500"/>
      </w:tblGrid>
      <w:tr w:rsidR="00C06F85" w14:paraId="5E44E71F" w14:textId="77777777">
        <w:trPr>
          <w:trHeight w:val="460"/>
        </w:trPr>
        <w:tc>
          <w:tcPr>
            <w:tcW w:w="600" w:type="dxa"/>
            <w:vAlign w:val="center"/>
          </w:tcPr>
          <w:p w14:paraId="2554C92B" w14:textId="77777777" w:rsidR="00C06F85" w:rsidRDefault="00000000">
            <w:pPr>
              <w:spacing w:before="60" w:after="60"/>
              <w:jc w:val="center"/>
            </w:pPr>
            <w:r>
              <w:rPr>
                <w:b/>
                <w:color w:val="000000"/>
              </w:rPr>
              <w:t>No</w:t>
            </w:r>
          </w:p>
        </w:tc>
        <w:tc>
          <w:tcPr>
            <w:tcW w:w="3300" w:type="dxa"/>
            <w:vAlign w:val="center"/>
          </w:tcPr>
          <w:p w14:paraId="40B63064" w14:textId="77777777" w:rsidR="00C06F85" w:rsidRDefault="00000000">
            <w:pPr>
              <w:spacing w:before="60" w:after="60"/>
              <w:jc w:val="center"/>
            </w:pPr>
            <w:r>
              <w:rPr>
                <w:b/>
                <w:color w:val="000000"/>
              </w:rPr>
              <w:t>Yedek Jüri Üyeleri (Unvanı, Adı Soyadı)</w:t>
            </w:r>
          </w:p>
        </w:tc>
        <w:tc>
          <w:tcPr>
            <w:tcW w:w="3182" w:type="dxa"/>
            <w:vAlign w:val="center"/>
          </w:tcPr>
          <w:p w14:paraId="286B47E4" w14:textId="77777777" w:rsidR="00C06F85" w:rsidRDefault="00000000">
            <w:pPr>
              <w:spacing w:before="60" w:after="60"/>
              <w:jc w:val="center"/>
            </w:pPr>
            <w:r>
              <w:rPr>
                <w:b/>
                <w:color w:val="000000"/>
              </w:rPr>
              <w:t>Üniversite / Fakülte / MYO / ABD</w:t>
            </w:r>
          </w:p>
        </w:tc>
        <w:tc>
          <w:tcPr>
            <w:tcW w:w="2500" w:type="dxa"/>
            <w:vAlign w:val="center"/>
          </w:tcPr>
          <w:p w14:paraId="36B1CE52" w14:textId="77777777" w:rsidR="00C06F85" w:rsidRDefault="00000000">
            <w:pPr>
              <w:spacing w:before="60" w:after="60"/>
              <w:jc w:val="center"/>
            </w:pPr>
            <w:r>
              <w:rPr>
                <w:b/>
                <w:color w:val="000000"/>
              </w:rPr>
              <w:t>Kurum E-posta</w:t>
            </w:r>
          </w:p>
        </w:tc>
      </w:tr>
      <w:tr w:rsidR="00C06F85" w14:paraId="7C4CBD29" w14:textId="77777777">
        <w:trPr>
          <w:trHeight w:val="420"/>
        </w:trPr>
        <w:tc>
          <w:tcPr>
            <w:tcW w:w="600" w:type="dxa"/>
            <w:vAlign w:val="center"/>
          </w:tcPr>
          <w:p w14:paraId="1463671B" w14:textId="77777777" w:rsidR="00C06F85" w:rsidRDefault="00000000">
            <w:pPr>
              <w:spacing w:before="60" w:after="60"/>
              <w:jc w:val="center"/>
            </w:pPr>
            <w:r>
              <w:rPr>
                <w:color w:val="000000"/>
              </w:rPr>
              <w:t>1</w:t>
            </w:r>
          </w:p>
        </w:tc>
        <w:tc>
          <w:tcPr>
            <w:tcW w:w="3300" w:type="dxa"/>
            <w:vAlign w:val="center"/>
          </w:tcPr>
          <w:p w14:paraId="44773E4A" w14:textId="77777777" w:rsidR="00C06F85" w:rsidRDefault="00C06F85">
            <w:pPr>
              <w:spacing w:before="60" w:after="60"/>
            </w:pPr>
          </w:p>
        </w:tc>
        <w:tc>
          <w:tcPr>
            <w:tcW w:w="3182" w:type="dxa"/>
            <w:vAlign w:val="center"/>
          </w:tcPr>
          <w:p w14:paraId="2D9D81AA" w14:textId="77777777" w:rsidR="00C06F85" w:rsidRDefault="00C06F85">
            <w:pPr>
              <w:spacing w:before="60" w:after="60"/>
            </w:pPr>
          </w:p>
        </w:tc>
        <w:tc>
          <w:tcPr>
            <w:tcW w:w="2500" w:type="dxa"/>
            <w:vAlign w:val="center"/>
          </w:tcPr>
          <w:p w14:paraId="0E841600" w14:textId="77777777" w:rsidR="00C06F85" w:rsidRDefault="00C06F85">
            <w:pPr>
              <w:spacing w:before="60" w:after="60"/>
            </w:pPr>
          </w:p>
        </w:tc>
      </w:tr>
      <w:tr w:rsidR="00C06F85" w14:paraId="7BEEA05A" w14:textId="77777777">
        <w:trPr>
          <w:trHeight w:val="420"/>
        </w:trPr>
        <w:tc>
          <w:tcPr>
            <w:tcW w:w="600" w:type="dxa"/>
            <w:vAlign w:val="center"/>
          </w:tcPr>
          <w:p w14:paraId="2701D2D2" w14:textId="77777777" w:rsidR="00C06F85" w:rsidRDefault="00000000">
            <w:pPr>
              <w:spacing w:before="60" w:after="60"/>
              <w:jc w:val="center"/>
            </w:pPr>
            <w:r>
              <w:rPr>
                <w:color w:val="000000"/>
              </w:rPr>
              <w:t>2</w:t>
            </w:r>
          </w:p>
        </w:tc>
        <w:tc>
          <w:tcPr>
            <w:tcW w:w="3300" w:type="dxa"/>
            <w:vAlign w:val="center"/>
          </w:tcPr>
          <w:p w14:paraId="0C017E9C" w14:textId="77777777" w:rsidR="00C06F85" w:rsidRDefault="00C06F85">
            <w:pPr>
              <w:spacing w:before="60" w:after="60"/>
            </w:pPr>
          </w:p>
        </w:tc>
        <w:tc>
          <w:tcPr>
            <w:tcW w:w="3182" w:type="dxa"/>
            <w:vAlign w:val="center"/>
          </w:tcPr>
          <w:p w14:paraId="3062E29E" w14:textId="77777777" w:rsidR="00C06F85" w:rsidRDefault="00C06F85">
            <w:pPr>
              <w:spacing w:before="60" w:after="60"/>
            </w:pPr>
          </w:p>
        </w:tc>
        <w:tc>
          <w:tcPr>
            <w:tcW w:w="2500" w:type="dxa"/>
            <w:vAlign w:val="center"/>
          </w:tcPr>
          <w:p w14:paraId="5C9C86DC" w14:textId="77777777" w:rsidR="00C06F85" w:rsidRDefault="00C06F85">
            <w:pPr>
              <w:spacing w:before="60" w:after="60"/>
            </w:pPr>
          </w:p>
        </w:tc>
      </w:tr>
    </w:tbl>
    <w:p w14:paraId="0C8A9542" w14:textId="77777777" w:rsidR="00C06F85" w:rsidRDefault="00000000">
      <w:pPr>
        <w:keepNext/>
        <w:pBdr>
          <w:bottom w:val="single" w:sz="8" w:space="0" w:color="D5BC8A"/>
        </w:pBdr>
        <w:spacing w:before="280" w:after="120"/>
      </w:pPr>
      <w:r>
        <w:rPr>
          <w:b/>
        </w:rPr>
        <w:t>TEZ SAVUNULABİLİR DANIŞMAN ONAYI</w:t>
      </w:r>
    </w:p>
    <w:p w14:paraId="3B8CC27E" w14:textId="77777777" w:rsidR="00C06F85" w:rsidRDefault="00000000">
      <w:pPr>
        <w:spacing w:after="360"/>
        <w:jc w:val="both"/>
      </w:pPr>
      <w:r>
        <w:t>Yukarıda bilgileri verilen öğrenci tarafından hazırlanan tezin Enstitü Tez Yazım Yönergesine uygun hazırlanmış olduğu tarafımdan kontrol edilmiş ve jüri önünde savunulmak üzere kabul edilmiştir.     .... / .... / 202..</w:t>
      </w:r>
    </w:p>
    <w:p w14:paraId="220E3A7C" w14:textId="77777777" w:rsidR="00C06F85" w:rsidRDefault="00000000">
      <w:pPr>
        <w:jc w:val="right"/>
      </w:pPr>
      <w:r>
        <w:rPr>
          <w:b/>
        </w:rPr>
        <w:t>Danışman</w:t>
      </w:r>
    </w:p>
    <w:p w14:paraId="16E6714E" w14:textId="77777777" w:rsidR="00C06F85" w:rsidRDefault="00000000">
      <w:pPr>
        <w:jc w:val="right"/>
      </w:pPr>
      <w:r>
        <w:t>(Unvanı, Adı, Soyadı, İmza)</w:t>
      </w:r>
    </w:p>
    <w:p w14:paraId="2195710A" w14:textId="77777777" w:rsidR="00C06F85" w:rsidRDefault="00000000">
      <w:r>
        <w:br w:type="page"/>
      </w:r>
    </w:p>
    <w:tbl>
      <w:tblPr>
        <w:tblW w:w="0" w:type="auto"/>
        <w:tblLayout w:type="fixed"/>
        <w:tblLook w:val="04A0" w:firstRow="1" w:lastRow="0" w:firstColumn="1" w:lastColumn="0" w:noHBand="0" w:noVBand="1"/>
      </w:tblPr>
      <w:tblGrid>
        <w:gridCol w:w="2115"/>
        <w:gridCol w:w="5686"/>
      </w:tblGrid>
      <w:tr w:rsidR="002454D4" w14:paraId="038FE046" w14:textId="77777777" w:rsidTr="007118B8">
        <w:trPr>
          <w:trHeight w:val="1585"/>
        </w:trPr>
        <w:tc>
          <w:tcPr>
            <w:tcW w:w="2115" w:type="dxa"/>
          </w:tcPr>
          <w:p w14:paraId="7D1E4CD8" w14:textId="77777777" w:rsidR="002454D4" w:rsidRDefault="002454D4" w:rsidP="007118B8">
            <w:r>
              <w:rPr>
                <w:noProof/>
              </w:rPr>
              <w:lastRenderedPageBreak/>
              <w:drawing>
                <wp:inline distT="0" distB="0" distL="0" distR="0" wp14:anchorId="72B6C43D" wp14:editId="68934AF3">
                  <wp:extent cx="972000" cy="972000"/>
                  <wp:effectExtent l="0" t="0" r="0" b="0"/>
                  <wp:docPr id="1375001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6"/>
                          <a:stretch>
                            <a:fillRect/>
                          </a:stretch>
                        </pic:blipFill>
                        <pic:spPr>
                          <a:xfrm>
                            <a:off x="0" y="0"/>
                            <a:ext cx="972000" cy="972000"/>
                          </a:xfrm>
                          <a:prstGeom prst="rect">
                            <a:avLst/>
                          </a:prstGeom>
                        </pic:spPr>
                      </pic:pic>
                    </a:graphicData>
                  </a:graphic>
                </wp:inline>
              </w:drawing>
            </w:r>
          </w:p>
        </w:tc>
        <w:tc>
          <w:tcPr>
            <w:tcW w:w="5686" w:type="dxa"/>
          </w:tcPr>
          <w:p w14:paraId="0E76EDDD" w14:textId="77777777" w:rsidR="002454D4" w:rsidRDefault="002454D4" w:rsidP="007118B8">
            <w:pPr>
              <w:spacing w:before="160"/>
              <w:jc w:val="center"/>
            </w:pPr>
            <w:r>
              <w:rPr>
                <w:b/>
              </w:rPr>
              <w:t>T.C.</w:t>
            </w:r>
            <w:r>
              <w:rPr>
                <w:b/>
              </w:rPr>
              <w:br/>
              <w:t>KAHRAMANMARAŞ SÜTÇÜ İMAM ÜNİVERSİTESİ</w:t>
            </w:r>
            <w:r>
              <w:rPr>
                <w:b/>
              </w:rPr>
              <w:br/>
              <w:t>LİSANSÜSTÜ EĞİTİM ENSTİTÜSÜ</w:t>
            </w:r>
            <w:r>
              <w:rPr>
                <w:b/>
              </w:rPr>
              <w:br/>
            </w:r>
          </w:p>
        </w:tc>
      </w:tr>
    </w:tbl>
    <w:p w14:paraId="419B9E9E" w14:textId="77777777" w:rsidR="002454D4" w:rsidRPr="00802F99" w:rsidRDefault="00B8710D" w:rsidP="002454D4">
      <w:pPr>
        <w:pBdr>
          <w:bottom w:val="single" w:sz="10" w:space="0" w:color="C59C57"/>
        </w:pBdr>
        <w:spacing w:after="200"/>
        <w:jc w:val="center"/>
        <w:rPr>
          <w:b/>
          <w:bCs/>
        </w:rPr>
      </w:pPr>
      <w:r>
        <w:rPr>
          <w:b/>
          <w:bCs/>
        </w:rPr>
        <w:t>TEZ ÇALIŞMASI BENZERLİK RAPORU FORMU</w:t>
      </w:r>
    </w:p>
    <w:p w14:paraId="0A20EE4A" w14:textId="77777777" w:rsidR="00C06F85" w:rsidRDefault="00000000">
      <w:pPr>
        <w:spacing w:after="200"/>
        <w:jc w:val="center"/>
      </w:pPr>
      <w:r>
        <w:rPr>
          <w:b/>
        </w:rPr>
        <w:t>LİSANSÜSTÜ EĞİTİM ENSTİTÜSÜ MÜDÜRLÜĞÜNE</w:t>
      </w:r>
    </w:p>
    <w:p w14:paraId="2C624D06" w14:textId="77777777" w:rsidR="00C06F85" w:rsidRDefault="00000000">
      <w:pPr>
        <w:spacing w:after="60"/>
      </w:pPr>
      <w:r>
        <w:rPr>
          <w:b/>
        </w:rPr>
        <w:t xml:space="preserve">Tez Başlığı : </w:t>
      </w:r>
      <w:r>
        <w:t>................................................................................................</w:t>
      </w:r>
    </w:p>
    <w:p w14:paraId="5231A53D" w14:textId="77777777" w:rsidR="00C06F85" w:rsidRDefault="00000000">
      <w:pPr>
        <w:spacing w:after="160"/>
      </w:pPr>
      <w:r>
        <w:t>...................................................................................................................................................................</w:t>
      </w:r>
    </w:p>
    <w:p w14:paraId="559CE8A1" w14:textId="77777777" w:rsidR="00C06F85" w:rsidRDefault="00000000">
      <w:pPr>
        <w:spacing w:after="100"/>
        <w:jc w:val="both"/>
      </w:pPr>
      <w:r>
        <w:t>Yukarıda başlığı gösterilen tez çalışmamın kapak sayfası, giriş, ana bölümler ve sonuç kısımlarından oluşan toplam ........ sayfalık kısmına ilişkin, .... / .... / 202.. tarihinde şahsım/tez danışmanım tarafından Turnitin adlı intihal tespit programından aşağıda belirtilen filtrelemeler uygulanarak alınan orijinallik raporuna göre tezimin benzerlik oranı %........’dir.</w:t>
      </w:r>
    </w:p>
    <w:p w14:paraId="7F954FA9" w14:textId="77777777" w:rsidR="00C06F85" w:rsidRDefault="00000000">
      <w:pPr>
        <w:spacing w:after="40"/>
      </w:pPr>
      <w:r>
        <w:rPr>
          <w:b/>
        </w:rPr>
        <w:t>Uygulanan filtrelemeler:</w:t>
      </w:r>
    </w:p>
    <w:p w14:paraId="1E1E0B2B" w14:textId="1D67532D" w:rsidR="00C06F85" w:rsidRDefault="00366A09">
      <w:pPr>
        <w:spacing w:after="20"/>
        <w:ind w:left="360" w:hanging="360"/>
        <w:jc w:val="both"/>
      </w:pPr>
      <w:r w:rsidRPr="001D40A9">
        <w:rPr>
          <w:color w:val="000000" w:themeColor="text1"/>
          <w:sz w:val="20"/>
          <w:szCs w:val="20"/>
        </w:rPr>
        <w:fldChar w:fldCharType="begin">
          <w:ffData>
            <w:name w:val="Onay27"/>
            <w:enabled/>
            <w:calcOnExit w:val="0"/>
            <w:checkBox>
              <w:sizeAuto/>
              <w:default w:val="0"/>
            </w:checkBox>
          </w:ffData>
        </w:fldChar>
      </w:r>
      <w:r w:rsidRPr="001D40A9">
        <w:rPr>
          <w:color w:val="000000" w:themeColor="text1"/>
          <w:sz w:val="20"/>
          <w:szCs w:val="20"/>
        </w:rPr>
        <w:instrText xml:space="preserve"> FORMCHECKBOX </w:instrText>
      </w:r>
      <w:r w:rsidRPr="001D40A9">
        <w:rPr>
          <w:color w:val="000000" w:themeColor="text1"/>
          <w:sz w:val="20"/>
          <w:szCs w:val="20"/>
        </w:rPr>
      </w:r>
      <w:r w:rsidRPr="001D40A9">
        <w:rPr>
          <w:color w:val="000000" w:themeColor="text1"/>
          <w:sz w:val="20"/>
          <w:szCs w:val="20"/>
        </w:rPr>
        <w:fldChar w:fldCharType="separate"/>
      </w:r>
      <w:r w:rsidRPr="001D40A9">
        <w:rPr>
          <w:color w:val="000000" w:themeColor="text1"/>
          <w:sz w:val="20"/>
          <w:szCs w:val="20"/>
        </w:rPr>
        <w:fldChar w:fldCharType="end"/>
      </w:r>
      <w:r w:rsidR="00000000">
        <w:tab/>
        <w:t>Kaynakça hariç</w:t>
      </w:r>
    </w:p>
    <w:p w14:paraId="019F455E" w14:textId="451F711C" w:rsidR="00C06F85" w:rsidRDefault="00366A09">
      <w:pPr>
        <w:spacing w:after="20"/>
        <w:ind w:left="360" w:hanging="360"/>
        <w:jc w:val="both"/>
      </w:pPr>
      <w:r w:rsidRPr="001D40A9">
        <w:rPr>
          <w:color w:val="000000" w:themeColor="text1"/>
          <w:sz w:val="20"/>
          <w:szCs w:val="20"/>
        </w:rPr>
        <w:fldChar w:fldCharType="begin">
          <w:ffData>
            <w:name w:val="Onay27"/>
            <w:enabled/>
            <w:calcOnExit w:val="0"/>
            <w:checkBox>
              <w:sizeAuto/>
              <w:default w:val="0"/>
            </w:checkBox>
          </w:ffData>
        </w:fldChar>
      </w:r>
      <w:r w:rsidRPr="001D40A9">
        <w:rPr>
          <w:color w:val="000000" w:themeColor="text1"/>
          <w:sz w:val="20"/>
          <w:szCs w:val="20"/>
        </w:rPr>
        <w:instrText xml:space="preserve"> FORMCHECKBOX </w:instrText>
      </w:r>
      <w:r w:rsidRPr="001D40A9">
        <w:rPr>
          <w:color w:val="000000" w:themeColor="text1"/>
          <w:sz w:val="20"/>
          <w:szCs w:val="20"/>
        </w:rPr>
      </w:r>
      <w:r w:rsidRPr="001D40A9">
        <w:rPr>
          <w:color w:val="000000" w:themeColor="text1"/>
          <w:sz w:val="20"/>
          <w:szCs w:val="20"/>
        </w:rPr>
        <w:fldChar w:fldCharType="separate"/>
      </w:r>
      <w:r w:rsidRPr="001D40A9">
        <w:rPr>
          <w:color w:val="000000" w:themeColor="text1"/>
          <w:sz w:val="20"/>
          <w:szCs w:val="20"/>
        </w:rPr>
        <w:fldChar w:fldCharType="end"/>
      </w:r>
      <w:r w:rsidR="00000000">
        <w:tab/>
        <w:t>Alıntılar dahil</w:t>
      </w:r>
    </w:p>
    <w:p w14:paraId="5634EB55" w14:textId="31DCEEFD" w:rsidR="00C06F85" w:rsidRDefault="00366A09">
      <w:pPr>
        <w:spacing w:after="20"/>
        <w:ind w:left="360" w:hanging="360"/>
        <w:jc w:val="both"/>
      </w:pPr>
      <w:r w:rsidRPr="001D40A9">
        <w:rPr>
          <w:color w:val="000000" w:themeColor="text1"/>
          <w:sz w:val="20"/>
          <w:szCs w:val="20"/>
        </w:rPr>
        <w:fldChar w:fldCharType="begin">
          <w:ffData>
            <w:name w:val="Onay27"/>
            <w:enabled/>
            <w:calcOnExit w:val="0"/>
            <w:checkBox>
              <w:sizeAuto/>
              <w:default w:val="0"/>
            </w:checkBox>
          </w:ffData>
        </w:fldChar>
      </w:r>
      <w:r w:rsidRPr="001D40A9">
        <w:rPr>
          <w:color w:val="000000" w:themeColor="text1"/>
          <w:sz w:val="20"/>
          <w:szCs w:val="20"/>
        </w:rPr>
        <w:instrText xml:space="preserve"> FORMCHECKBOX </w:instrText>
      </w:r>
      <w:r w:rsidRPr="001D40A9">
        <w:rPr>
          <w:color w:val="000000" w:themeColor="text1"/>
          <w:sz w:val="20"/>
          <w:szCs w:val="20"/>
        </w:rPr>
      </w:r>
      <w:r w:rsidRPr="001D40A9">
        <w:rPr>
          <w:color w:val="000000" w:themeColor="text1"/>
          <w:sz w:val="20"/>
          <w:szCs w:val="20"/>
        </w:rPr>
        <w:fldChar w:fldCharType="separate"/>
      </w:r>
      <w:r w:rsidRPr="001D40A9">
        <w:rPr>
          <w:color w:val="000000" w:themeColor="text1"/>
          <w:sz w:val="20"/>
          <w:szCs w:val="20"/>
        </w:rPr>
        <w:fldChar w:fldCharType="end"/>
      </w:r>
      <w:r w:rsidR="00000000">
        <w:tab/>
        <w:t>5 kelimeden daha az örtüşme içeren metin kısımları hariç</w:t>
      </w:r>
    </w:p>
    <w:p w14:paraId="473500F5" w14:textId="77777777" w:rsidR="00C06F85" w:rsidRDefault="00000000">
      <w:pPr>
        <w:spacing w:before="100" w:after="100"/>
        <w:jc w:val="both"/>
      </w:pPr>
      <w:r>
        <w:t>Turnitin adlı intihal tespit programı sonucuna ve azami benzerlik oranlarına göre tez çalışmamın herhangi bir intihal içermediğini, aksinin tespit edilmesi durumunda doğabilecek her türlü hukuki sorumluluğu kabul ettiğimi ve yukarıda verdiğim bilgilerin doğru olduğunu beyan ederim.</w:t>
      </w:r>
    </w:p>
    <w:p w14:paraId="57729D94" w14:textId="77777777" w:rsidR="00C06F85" w:rsidRDefault="00000000">
      <w:pPr>
        <w:spacing w:after="160"/>
      </w:pPr>
      <w:r>
        <w:t>Gereğini saygılarımla arz ederim.     .... / .... / 202..</w:t>
      </w:r>
    </w:p>
    <w:p w14:paraId="63142A27" w14:textId="77777777" w:rsidR="00C06F85" w:rsidRDefault="00000000">
      <w:pPr>
        <w:spacing w:after="120"/>
        <w:jc w:val="right"/>
      </w:pPr>
      <w:r>
        <w:t>(Adı, Soyadı, İmza)</w:t>
      </w:r>
    </w:p>
    <w:p w14:paraId="17A20FE2" w14:textId="77777777" w:rsidR="00C06F85" w:rsidRDefault="00000000">
      <w:pPr>
        <w:spacing w:after="60"/>
      </w:pPr>
      <w:r>
        <w:rPr>
          <w:b/>
        </w:rPr>
        <w:t xml:space="preserve">Adı Soyadı : </w:t>
      </w:r>
      <w:r>
        <w:t>......................................................................</w:t>
      </w:r>
    </w:p>
    <w:p w14:paraId="3F48124A" w14:textId="77777777" w:rsidR="00C06F85" w:rsidRDefault="00000000">
      <w:pPr>
        <w:spacing w:after="60"/>
      </w:pPr>
      <w:r>
        <w:rPr>
          <w:b/>
        </w:rPr>
        <w:t xml:space="preserve">Öğrenci No : </w:t>
      </w:r>
      <w:r>
        <w:t>......................................................................</w:t>
      </w:r>
    </w:p>
    <w:p w14:paraId="4AF27BC5" w14:textId="77777777" w:rsidR="00C06F85" w:rsidRDefault="00000000">
      <w:pPr>
        <w:spacing w:after="60"/>
      </w:pPr>
      <w:r>
        <w:rPr>
          <w:b/>
        </w:rPr>
        <w:t xml:space="preserve">Ana Bilim Dalı : </w:t>
      </w:r>
      <w:r>
        <w:t>......................................................................</w:t>
      </w:r>
    </w:p>
    <w:p w14:paraId="53831B11" w14:textId="6AA28513" w:rsidR="00C06F85" w:rsidRDefault="00000000">
      <w:pPr>
        <w:spacing w:after="120"/>
      </w:pPr>
      <w:r>
        <w:rPr>
          <w:b/>
        </w:rPr>
        <w:t xml:space="preserve">Programı : </w:t>
      </w:r>
      <w:r w:rsidR="00366A09" w:rsidRPr="001D40A9">
        <w:rPr>
          <w:color w:val="000000" w:themeColor="text1"/>
          <w:sz w:val="20"/>
          <w:szCs w:val="20"/>
        </w:rPr>
        <w:fldChar w:fldCharType="begin">
          <w:ffData>
            <w:name w:val="Onay27"/>
            <w:enabled/>
            <w:calcOnExit w:val="0"/>
            <w:checkBox>
              <w:sizeAuto/>
              <w:default w:val="0"/>
            </w:checkBox>
          </w:ffData>
        </w:fldChar>
      </w:r>
      <w:r w:rsidR="00366A09" w:rsidRPr="001D40A9">
        <w:rPr>
          <w:color w:val="000000" w:themeColor="text1"/>
          <w:sz w:val="20"/>
          <w:szCs w:val="20"/>
        </w:rPr>
        <w:instrText xml:space="preserve"> FORMCHECKBOX </w:instrText>
      </w:r>
      <w:r w:rsidR="00366A09" w:rsidRPr="001D40A9">
        <w:rPr>
          <w:color w:val="000000" w:themeColor="text1"/>
          <w:sz w:val="20"/>
          <w:szCs w:val="20"/>
        </w:rPr>
      </w:r>
      <w:r w:rsidR="00366A09" w:rsidRPr="001D40A9">
        <w:rPr>
          <w:color w:val="000000" w:themeColor="text1"/>
          <w:sz w:val="20"/>
          <w:szCs w:val="20"/>
        </w:rPr>
        <w:fldChar w:fldCharType="separate"/>
      </w:r>
      <w:r w:rsidR="00366A09" w:rsidRPr="001D40A9">
        <w:rPr>
          <w:color w:val="000000" w:themeColor="text1"/>
          <w:sz w:val="20"/>
          <w:szCs w:val="20"/>
        </w:rPr>
        <w:fldChar w:fldCharType="end"/>
      </w:r>
      <w:r w:rsidR="00366A09" w:rsidRPr="001D40A9">
        <w:rPr>
          <w:color w:val="000000" w:themeColor="text1"/>
          <w:sz w:val="20"/>
          <w:szCs w:val="20"/>
        </w:rPr>
        <w:t xml:space="preserve"> </w:t>
      </w:r>
      <w:r>
        <w:t xml:space="preserve"> Yüksek Lisans          </w:t>
      </w:r>
      <w:r w:rsidR="00366A09" w:rsidRPr="001D40A9">
        <w:rPr>
          <w:color w:val="000000" w:themeColor="text1"/>
          <w:sz w:val="20"/>
          <w:szCs w:val="20"/>
        </w:rPr>
        <w:fldChar w:fldCharType="begin">
          <w:ffData>
            <w:name w:val="Onay27"/>
            <w:enabled/>
            <w:calcOnExit w:val="0"/>
            <w:checkBox>
              <w:sizeAuto/>
              <w:default w:val="0"/>
            </w:checkBox>
          </w:ffData>
        </w:fldChar>
      </w:r>
      <w:r w:rsidR="00366A09" w:rsidRPr="001D40A9">
        <w:rPr>
          <w:color w:val="000000" w:themeColor="text1"/>
          <w:sz w:val="20"/>
          <w:szCs w:val="20"/>
        </w:rPr>
        <w:instrText xml:space="preserve"> FORMCHECKBOX </w:instrText>
      </w:r>
      <w:r w:rsidR="00366A09" w:rsidRPr="001D40A9">
        <w:rPr>
          <w:color w:val="000000" w:themeColor="text1"/>
          <w:sz w:val="20"/>
          <w:szCs w:val="20"/>
        </w:rPr>
      </w:r>
      <w:r w:rsidR="00366A09" w:rsidRPr="001D40A9">
        <w:rPr>
          <w:color w:val="000000" w:themeColor="text1"/>
          <w:sz w:val="20"/>
          <w:szCs w:val="20"/>
        </w:rPr>
        <w:fldChar w:fldCharType="separate"/>
      </w:r>
      <w:r w:rsidR="00366A09" w:rsidRPr="001D40A9">
        <w:rPr>
          <w:color w:val="000000" w:themeColor="text1"/>
          <w:sz w:val="20"/>
          <w:szCs w:val="20"/>
        </w:rPr>
        <w:fldChar w:fldCharType="end"/>
      </w:r>
      <w:r w:rsidR="00366A09" w:rsidRPr="001D40A9">
        <w:rPr>
          <w:color w:val="000000" w:themeColor="text1"/>
          <w:sz w:val="20"/>
          <w:szCs w:val="20"/>
        </w:rPr>
        <w:t xml:space="preserve"> </w:t>
      </w:r>
      <w:r>
        <w:t xml:space="preserve"> Doktora</w:t>
      </w:r>
    </w:p>
    <w:p w14:paraId="67B24798" w14:textId="77777777" w:rsidR="00C06F85" w:rsidRDefault="00000000">
      <w:pPr>
        <w:keepNext/>
        <w:pBdr>
          <w:bottom w:val="single" w:sz="8" w:space="0" w:color="D5BC8A"/>
        </w:pBdr>
        <w:spacing w:before="120" w:after="100"/>
      </w:pPr>
      <w:r>
        <w:rPr>
          <w:b/>
        </w:rPr>
        <w:t>DANIŞMAN ONAYI</w:t>
      </w:r>
    </w:p>
    <w:p w14:paraId="3D718C0D" w14:textId="77777777" w:rsidR="00C06F85" w:rsidRDefault="00000000">
      <w:pPr>
        <w:spacing w:after="320"/>
        <w:jc w:val="right"/>
      </w:pPr>
      <w:r>
        <w:rPr>
          <w:b/>
        </w:rPr>
        <w:t>UYGUNDUR.</w:t>
      </w:r>
    </w:p>
    <w:p w14:paraId="4816B5E6" w14:textId="77777777" w:rsidR="00C06F85" w:rsidRDefault="00000000">
      <w:pPr>
        <w:spacing w:after="100"/>
        <w:jc w:val="right"/>
      </w:pPr>
      <w:r>
        <w:t>(Unvanı, Adı, Soyadı, İmza)</w:t>
      </w:r>
    </w:p>
    <w:p w14:paraId="2A4D16F7" w14:textId="77777777" w:rsidR="00C06F85" w:rsidRDefault="00000000">
      <w:pPr>
        <w:spacing w:after="40"/>
      </w:pPr>
      <w:r>
        <w:rPr>
          <w:b/>
        </w:rPr>
        <w:t>Ekler:</w:t>
      </w:r>
    </w:p>
    <w:p w14:paraId="6A76D679" w14:textId="77777777" w:rsidR="00C06F85" w:rsidRDefault="00000000">
      <w:pPr>
        <w:spacing w:after="20"/>
        <w:ind w:left="360" w:hanging="360"/>
        <w:jc w:val="both"/>
      </w:pPr>
      <w:r>
        <w:t>1.</w:t>
      </w:r>
      <w:r>
        <w:tab/>
        <w:t>İntihal raporu özeti*</w:t>
      </w:r>
    </w:p>
    <w:p w14:paraId="6C0ECA81" w14:textId="77777777" w:rsidR="00C06F85" w:rsidRDefault="00000000">
      <w:pPr>
        <w:spacing w:after="20"/>
        <w:ind w:left="360" w:hanging="360"/>
        <w:jc w:val="both"/>
      </w:pPr>
      <w:r>
        <w:t>2.</w:t>
      </w:r>
      <w:r>
        <w:tab/>
        <w:t>Yayınlar**</w:t>
      </w:r>
    </w:p>
    <w:p w14:paraId="0E7B9BF2" w14:textId="07910B2A" w:rsidR="00C06F85" w:rsidRDefault="00000000">
      <w:pPr>
        <w:spacing w:after="20"/>
        <w:ind w:left="360" w:hanging="360"/>
        <w:jc w:val="both"/>
      </w:pPr>
      <w:r>
        <w:t>3.</w:t>
      </w:r>
      <w:r>
        <w:tab/>
        <w:t>Tez, Enstitü e-posta adresine gönderilir (</w:t>
      </w:r>
      <w:r w:rsidR="00366A09">
        <w:t>lee</w:t>
      </w:r>
      <w:r>
        <w:t>@ksu.edu.tr).</w:t>
      </w:r>
    </w:p>
    <w:p w14:paraId="371A47BD" w14:textId="77777777" w:rsidR="00C06F85" w:rsidRDefault="00000000">
      <w:pPr>
        <w:spacing w:before="140" w:after="60"/>
        <w:jc w:val="both"/>
      </w:pPr>
      <w:r>
        <w:rPr>
          <w:b/>
          <w:sz w:val="18"/>
          <w:szCs w:val="18"/>
        </w:rPr>
        <w:t xml:space="preserve">* </w:t>
      </w:r>
      <w:r>
        <w:rPr>
          <w:sz w:val="18"/>
          <w:szCs w:val="18"/>
        </w:rPr>
        <w:t>Turnitin uygulamasında raporlama işlemi tamamlandıktan sonra Salt Metin Raporunun ilk sayfasının (tezin tam başlığı, öğrencinin adı soyadı, tezin benzerlik oranı ve dosyanın toplam kelime sayısını gösterecek şekilde) ekran görüntüsü çıktısı rapor özeti olarak kabul edilmektedir. FBE Müdürlüğü Yönetim Kurulunun 20.03.2018 tarihli toplantısındaki 1-27 numaralı kararı doğrultusunda azami benzerlik oranı %25 olarak belirlenmiştir.</w:t>
      </w:r>
    </w:p>
    <w:p w14:paraId="063EF9AD" w14:textId="77777777" w:rsidR="00C06F85" w:rsidRDefault="00000000">
      <w:pPr>
        <w:spacing w:after="60"/>
        <w:jc w:val="both"/>
      </w:pPr>
      <w:r>
        <w:rPr>
          <w:b/>
          <w:sz w:val="18"/>
          <w:szCs w:val="18"/>
        </w:rPr>
        <w:t xml:space="preserve">** </w:t>
      </w:r>
      <w:r>
        <w:rPr>
          <w:sz w:val="18"/>
          <w:szCs w:val="18"/>
        </w:rPr>
        <w:t>Yüksek lisans için yayın şartı yoktur. Doktora için SCI, SCI-Expanded veya SSCI indeksli dergilerde yayımlanan/yayına kabul edilen en az bir makale ya da ULAKBİM TR Dizin veya yurt içi/yurt dışı ulusal ya da uluslararası hakemli bir dergide yayımlanan/yayına kabul edilen en az iki araştırma makalesi (elektronik veya basılı) yayın koşulunun sağlanmış olması gerekir.</w:t>
      </w:r>
    </w:p>
    <w:sectPr w:rsidR="00C06F85" w:rsidSect="003A1CEE">
      <w:pgSz w:w="11906" w:h="16838"/>
      <w:pgMar w:top="737" w:right="1162" w:bottom="737" w:left="116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776B0F44"/>
    <w:multiLevelType w:val="hybridMultilevel"/>
    <w:tmpl w:val="C6C60D2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852257102">
    <w:abstractNumId w:val="8"/>
  </w:num>
  <w:num w:numId="2" w16cid:durableId="743376938">
    <w:abstractNumId w:val="6"/>
  </w:num>
  <w:num w:numId="3" w16cid:durableId="797190670">
    <w:abstractNumId w:val="5"/>
  </w:num>
  <w:num w:numId="4" w16cid:durableId="1766028181">
    <w:abstractNumId w:val="4"/>
  </w:num>
  <w:num w:numId="5" w16cid:durableId="308290947">
    <w:abstractNumId w:val="7"/>
  </w:num>
  <w:num w:numId="6" w16cid:durableId="1960603361">
    <w:abstractNumId w:val="3"/>
  </w:num>
  <w:num w:numId="7" w16cid:durableId="1900557345">
    <w:abstractNumId w:val="2"/>
  </w:num>
  <w:num w:numId="8" w16cid:durableId="386494166">
    <w:abstractNumId w:val="1"/>
  </w:num>
  <w:num w:numId="9" w16cid:durableId="1404138973">
    <w:abstractNumId w:val="0"/>
  </w:num>
  <w:num w:numId="10" w16cid:durableId="361134164">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2"/>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6A45"/>
    <w:rsid w:val="000F64F6"/>
    <w:rsid w:val="0015074B"/>
    <w:rsid w:val="002454D4"/>
    <w:rsid w:val="0029639D"/>
    <w:rsid w:val="00326F90"/>
    <w:rsid w:val="00366A09"/>
    <w:rsid w:val="003A1CEE"/>
    <w:rsid w:val="005A7C45"/>
    <w:rsid w:val="00606584"/>
    <w:rsid w:val="00AA1D8D"/>
    <w:rsid w:val="00AD6073"/>
    <w:rsid w:val="00B47730"/>
    <w:rsid w:val="00B8710D"/>
    <w:rsid w:val="00C06F85"/>
    <w:rsid w:val="00CB0664"/>
    <w:rsid w:val="00D10FD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EAF84C"/>
  <w14:defaultImageDpi w14:val="300"/>
  <w15:docId w15:val="{BE8FD7D6-ACFA-CE45-BD40-E230AD144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hAnsi="Times New Roman"/>
      <w:sz w:val="21"/>
    </w:rPr>
  </w:style>
  <w:style w:type="paragraph" w:styleId="Balk1">
    <w:name w:val="heading 1"/>
    <w:basedOn w:val="Normal"/>
    <w:next w:val="Normal"/>
    <w:link w:val="Balk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551</Words>
  <Characters>3145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zulkufaydemir4646@hotmail.com</cp:lastModifiedBy>
  <cp:revision>2</cp:revision>
  <dcterms:created xsi:type="dcterms:W3CDTF">2026-09-25T07:06:00Z</dcterms:created>
  <dcterms:modified xsi:type="dcterms:W3CDTF">2026-09-25T07:06:00Z</dcterms:modified>
  <cp:category/>
</cp:coreProperties>
</file>